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i w:val="0"/>
          <w:color w:val="8F3221"/>
          <w:sz w:val="44"/>
        </w:rPr>
        <w:t>Brief reklamy</w:t>
      </w:r>
    </w:p>
    <w:p>
      <w:pPr>
        <w:spacing w:before="0" w:after="120"/>
      </w:pPr>
      <w:r>
        <w:rPr>
          <w:b w:val="0"/>
          <w:i w:val="0"/>
          <w:color w:val="6B6055"/>
          <w:sz w:val="20"/>
        </w:rPr>
        <w:t>Wypełnij to, co wiesz – pola opcjonalne możesz pominąć, resztę ustalimy w rozmowie. Gotowy plik wyślij na nagrania@studiok9.pl.</w:t>
      </w:r>
    </w:p>
    <w:p>
      <w:pPr>
        <w:spacing w:before="240" w:after="80"/>
        <w:pBdr>
          <w:bottom w:val="single" w:sz="6" w:color="C9C0AE" w:space="2"/>
        </w:pBdr>
      </w:pPr>
      <w:r>
        <w:rPr>
          <w:b/>
          <w:i w:val="0"/>
          <w:color w:val="8F3221"/>
          <w:sz w:val="26"/>
        </w:rPr>
        <w:t>1. Reklama</w:t>
      </w:r>
    </w:p>
    <w:p>
      <w:pPr>
        <w:keepNext/>
        <w:spacing w:before="100" w:after="40"/>
      </w:pPr>
      <w:r>
        <w:rPr>
          <w:b/>
          <w:i w:val="0"/>
        </w:rPr>
        <w:t>Nazwa firmy lub marki *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trHeight w:val="453" w:hRule="atLeast"/>
        </w:trPr>
        <w:tc>
          <w:tcPr>
            <w:tcW w:type="dxa" w:w="9638"/>
            <w:tcBorders>
              <w:top w:val="single" w:sz="6" w:color="C9C0AE"/>
              <w:left w:val="single" w:sz="6" w:color="C9C0AE"/>
              <w:bottom w:val="single" w:sz="6" w:color="C9C0AE"/>
              <w:right w:val="single" w:sz="6" w:color="C9C0AE"/>
            </w:tcBorders>
          </w:tcPr>
          <w:p>
            <w:r/>
          </w:p>
        </w:tc>
      </w:tr>
    </w:tbl>
    <w:p>
      <w:pPr>
        <w:keepNext/>
        <w:spacing w:before="100" w:after="40"/>
      </w:pPr>
      <w:r>
        <w:rPr>
          <w:b/>
          <w:i w:val="0"/>
        </w:rPr>
        <w:t>Gdzie reklama będzie emitowana?</w:t>
      </w:r>
    </w:p>
    <w:p>
      <w:pPr>
        <w:spacing w:before="0" w:after="40"/>
      </w:pPr>
      <w:r>
        <w:rPr>
          <w:b w:val="0"/>
          <w:i w:val="0"/>
        </w:rPr>
        <w:t>☐ Radio ogólnopolskie    ☐ Radio lokalne    ☐ Internet / social media / YouTube    ☐ W sklepie lub lokalu    ☐ Jeszcze nie wiem</w:t>
      </w:r>
    </w:p>
    <w:p>
      <w:pPr>
        <w:keepNext/>
        <w:spacing w:before="60" w:after="40"/>
      </w:pPr>
      <w:r>
        <w:rPr>
          <w:b w:val="0"/>
          <w:i w:val="0"/>
          <w:color w:val="6B6055"/>
          <w:sz w:val="19"/>
        </w:rPr>
        <w:t>Inne (wpisz):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trHeight w:val="453" w:hRule="atLeast"/>
        </w:trPr>
        <w:tc>
          <w:tcPr>
            <w:tcW w:type="dxa" w:w="9638"/>
            <w:tcBorders>
              <w:top w:val="single" w:sz="6" w:color="C9C0AE"/>
              <w:left w:val="single" w:sz="6" w:color="C9C0AE"/>
              <w:bottom w:val="single" w:sz="6" w:color="C9C0AE"/>
              <w:right w:val="single" w:sz="6" w:color="C9C0AE"/>
            </w:tcBorders>
          </w:tcPr>
          <w:p>
            <w:r/>
          </w:p>
        </w:tc>
      </w:tr>
    </w:tbl>
    <w:p>
      <w:pPr>
        <w:keepNext/>
        <w:spacing w:before="100" w:after="40"/>
      </w:pPr>
      <w:r>
        <w:rPr>
          <w:b/>
          <w:i w:val="0"/>
        </w:rPr>
        <w:t>Długość spotu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trHeight w:val="453" w:hRule="atLeast"/>
        </w:trPr>
        <w:tc>
          <w:tcPr>
            <w:tcW w:type="dxa" w:w="9638"/>
            <w:tcBorders>
              <w:top w:val="single" w:sz="6" w:color="C9C0AE"/>
              <w:left w:val="single" w:sz="6" w:color="C9C0AE"/>
              <w:bottom w:val="single" w:sz="6" w:color="C9C0AE"/>
              <w:right w:val="single" w:sz="6" w:color="C9C0AE"/>
            </w:tcBorders>
          </w:tcPr>
          <w:p>
            <w:r/>
          </w:p>
        </w:tc>
      </w:tr>
    </w:tbl>
    <w:p>
      <w:pPr>
        <w:keepNext/>
        <w:spacing w:before="100" w:after="40"/>
      </w:pPr>
      <w:r>
        <w:rPr>
          <w:b/>
          <w:i w:val="0"/>
        </w:rPr>
        <w:t>Liczba głosów</w:t>
      </w:r>
    </w:p>
    <w:p>
      <w:pPr>
        <w:spacing w:before="0" w:after="40"/>
      </w:pPr>
      <w:r>
        <w:rPr>
          <w:b w:val="0"/>
          <w:i w:val="0"/>
        </w:rPr>
        <w:t>☐ 1 głos    ☐ 2 głosy    ☐ 3 lub więcej głosów    ☐ Bez preferencji – doradź</w:t>
      </w:r>
    </w:p>
    <w:p>
      <w:pPr>
        <w:keepNext/>
        <w:spacing w:before="100" w:after="40"/>
      </w:pPr>
      <w:r>
        <w:rPr>
          <w:b/>
          <w:i w:val="0"/>
        </w:rPr>
        <w:t>Ton reklamy</w:t>
      </w:r>
    </w:p>
    <w:p>
      <w:pPr>
        <w:spacing w:before="0" w:after="40"/>
      </w:pPr>
      <w:r>
        <w:rPr>
          <w:b w:val="0"/>
          <w:i w:val="0"/>
        </w:rPr>
        <w:t>☐ Rzeczowy i konkretny    ☐ Ciepły i przyjazny    ☐ Energiczny    ☐ Z humorem    ☐ Elegancki / prestiżowy    ☐ Bez preferencji – doradź</w:t>
      </w:r>
    </w:p>
    <w:p>
      <w:pPr>
        <w:spacing w:before="240" w:after="80"/>
        <w:pBdr>
          <w:bottom w:val="single" w:sz="6" w:color="C9C0AE" w:space="2"/>
        </w:pBdr>
      </w:pPr>
      <w:r>
        <w:rPr>
          <w:b/>
          <w:i w:val="0"/>
          <w:color w:val="8F3221"/>
          <w:sz w:val="26"/>
        </w:rPr>
        <w:t>2. Treść spotu</w:t>
      </w:r>
    </w:p>
    <w:p>
      <w:pPr>
        <w:keepNext/>
        <w:spacing w:before="100" w:after="40"/>
      </w:pPr>
      <w:r>
        <w:rPr>
          <w:b/>
          <w:i w:val="0"/>
        </w:rPr>
        <w:t>Co reklamujesz? Opisz ofertę własnymi słowami *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trHeight w:val="1587" w:hRule="atLeast"/>
        </w:trPr>
        <w:tc>
          <w:tcPr>
            <w:tcW w:type="dxa" w:w="9638"/>
            <w:tcBorders>
              <w:top w:val="single" w:sz="6" w:color="C9C0AE"/>
              <w:left w:val="single" w:sz="6" w:color="C9C0AE"/>
              <w:bottom w:val="single" w:sz="6" w:color="C9C0AE"/>
              <w:right w:val="single" w:sz="6" w:color="C9C0AE"/>
            </w:tcBorders>
          </w:tcPr>
          <w:p>
            <w:r/>
          </w:p>
        </w:tc>
      </w:tr>
    </w:tbl>
    <w:p>
      <w:pPr>
        <w:keepNext/>
        <w:spacing w:before="100" w:after="40"/>
      </w:pPr>
      <w:r>
        <w:rPr>
          <w:b/>
          <w:i w:val="0"/>
        </w:rPr>
        <w:t>Do kogo kierujesz reklamę?</w:t>
      </w:r>
    </w:p>
    <w:p>
      <w:pPr>
        <w:keepNext/>
        <w:spacing w:before="0" w:after="40"/>
      </w:pPr>
      <w:r>
        <w:rPr>
          <w:b w:val="0"/>
          <w:i/>
          <w:color w:val="6B6055"/>
          <w:sz w:val="18"/>
        </w:rPr>
        <w:t>Np. grupa wiekowa, płeć, zawód, wykształcenie itp.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trHeight w:val="453" w:hRule="atLeast"/>
        </w:trPr>
        <w:tc>
          <w:tcPr>
            <w:tcW w:type="dxa" w:w="9638"/>
            <w:tcBorders>
              <w:top w:val="single" w:sz="6" w:color="C9C0AE"/>
              <w:left w:val="single" w:sz="6" w:color="C9C0AE"/>
              <w:bottom w:val="single" w:sz="6" w:color="C9C0AE"/>
              <w:right w:val="single" w:sz="6" w:color="C9C0AE"/>
            </w:tcBorders>
          </w:tcPr>
          <w:p>
            <w:r/>
          </w:p>
        </w:tc>
      </w:tr>
    </w:tbl>
    <w:p>
      <w:pPr>
        <w:keepNext/>
        <w:spacing w:before="100" w:after="40"/>
      </w:pPr>
      <w:r>
        <w:rPr>
          <w:b/>
          <w:i w:val="0"/>
        </w:rPr>
        <w:t>Slogan (jeśli masz)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trHeight w:val="453" w:hRule="atLeast"/>
        </w:trPr>
        <w:tc>
          <w:tcPr>
            <w:tcW w:type="dxa" w:w="9638"/>
            <w:tcBorders>
              <w:top w:val="single" w:sz="6" w:color="C9C0AE"/>
              <w:left w:val="single" w:sz="6" w:color="C9C0AE"/>
              <w:bottom w:val="single" w:sz="6" w:color="C9C0AE"/>
              <w:right w:val="single" w:sz="6" w:color="C9C0AE"/>
            </w:tcBorders>
          </w:tcPr>
          <w:p>
            <w:r/>
          </w:p>
        </w:tc>
      </w:tr>
    </w:tbl>
    <w:p>
      <w:pPr>
        <w:keepNext/>
        <w:spacing w:before="100" w:after="40"/>
      </w:pPr>
      <w:r>
        <w:rPr>
          <w:b/>
          <w:i w:val="0"/>
        </w:rPr>
        <w:t>Informacje, które MUSZĄ znaleźć się w spocie</w:t>
      </w:r>
    </w:p>
    <w:p>
      <w:pPr>
        <w:keepNext/>
        <w:spacing w:before="0" w:after="40"/>
      </w:pPr>
      <w:r>
        <w:rPr>
          <w:b w:val="0"/>
          <w:i/>
          <w:color w:val="6B6055"/>
          <w:sz w:val="18"/>
        </w:rPr>
        <w:t>Tylko to, co naprawdę ważne: nazwa, cena lub promocja, termin, jedno kluczowe hasło.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trHeight w:val="1247" w:hRule="atLeast"/>
        </w:trPr>
        <w:tc>
          <w:tcPr>
            <w:tcW w:type="dxa" w:w="9638"/>
            <w:tcBorders>
              <w:top w:val="single" w:sz="6" w:color="C9C0AE"/>
              <w:left w:val="single" w:sz="6" w:color="C9C0AE"/>
              <w:bottom w:val="single" w:sz="6" w:color="C9C0AE"/>
              <w:right w:val="single" w:sz="6" w:color="C9C0AE"/>
            </w:tcBorders>
          </w:tcPr>
          <w:p>
            <w:r/>
          </w:p>
        </w:tc>
      </w:tr>
    </w:tbl>
    <w:p>
      <w:pPr>
        <w:keepNext/>
        <w:spacing w:before="120" w:after="40"/>
      </w:pPr>
      <w:r>
        <w:rPr>
          <w:b/>
          <w:i w:val="0"/>
          <w:color w:val="6B6055"/>
          <w:sz w:val="20"/>
        </w:rPr>
        <w:t>Dane kontaktowe, które mają paść w reklamie (tylko niezbędne)</w:t>
      </w:r>
    </w:p>
    <w:p>
      <w:pPr>
        <w:keepNext/>
        <w:spacing w:before="100" w:after="40"/>
      </w:pPr>
      <w:r>
        <w:rPr>
          <w:b/>
          <w:i w:val="0"/>
        </w:rPr>
        <w:t>Adres (do spotu)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trHeight w:val="453" w:hRule="atLeast"/>
        </w:trPr>
        <w:tc>
          <w:tcPr>
            <w:tcW w:type="dxa" w:w="9638"/>
            <w:tcBorders>
              <w:top w:val="single" w:sz="6" w:color="C9C0AE"/>
              <w:left w:val="single" w:sz="6" w:color="C9C0AE"/>
              <w:bottom w:val="single" w:sz="6" w:color="C9C0AE"/>
              <w:right w:val="single" w:sz="6" w:color="C9C0AE"/>
            </w:tcBorders>
          </w:tcPr>
          <w:p>
            <w:r/>
          </w:p>
        </w:tc>
      </w:tr>
    </w:tbl>
    <w:p>
      <w:pPr>
        <w:keepNext/>
        <w:spacing w:before="100" w:after="40"/>
      </w:pPr>
      <w:r>
        <w:rPr>
          <w:b/>
          <w:i w:val="0"/>
        </w:rPr>
        <w:t>Telefon (do spotu)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trHeight w:val="453" w:hRule="atLeast"/>
        </w:trPr>
        <w:tc>
          <w:tcPr>
            <w:tcW w:type="dxa" w:w="9638"/>
            <w:tcBorders>
              <w:top w:val="single" w:sz="6" w:color="C9C0AE"/>
              <w:left w:val="single" w:sz="6" w:color="C9C0AE"/>
              <w:bottom w:val="single" w:sz="6" w:color="C9C0AE"/>
              <w:right w:val="single" w:sz="6" w:color="C9C0AE"/>
            </w:tcBorders>
          </w:tcPr>
          <w:p>
            <w:r/>
          </w:p>
        </w:tc>
      </w:tr>
    </w:tbl>
    <w:p>
      <w:pPr>
        <w:keepNext/>
        <w:spacing w:before="100" w:after="40"/>
      </w:pPr>
      <w:r>
        <w:rPr>
          <w:b/>
          <w:i w:val="0"/>
        </w:rPr>
        <w:t>Strona www lub e-mail (do spotu)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trHeight w:val="453" w:hRule="atLeast"/>
        </w:trPr>
        <w:tc>
          <w:tcPr>
            <w:tcW w:type="dxa" w:w="9638"/>
            <w:tcBorders>
              <w:top w:val="single" w:sz="6" w:color="C9C0AE"/>
              <w:left w:val="single" w:sz="6" w:color="C9C0AE"/>
              <w:bottom w:val="single" w:sz="6" w:color="C9C0AE"/>
              <w:right w:val="single" w:sz="6" w:color="C9C0AE"/>
            </w:tcBorders>
          </w:tcPr>
          <w:p>
            <w:r/>
          </w:p>
        </w:tc>
      </w:tr>
    </w:tbl>
    <w:p>
      <w:pPr>
        <w:keepNext/>
        <w:spacing w:before="100" w:after="40"/>
      </w:pPr>
      <w:r>
        <w:rPr>
          <w:b/>
          <w:i w:val="0"/>
        </w:rPr>
        <w:t>Scenariusz</w:t>
      </w:r>
    </w:p>
    <w:p>
      <w:pPr>
        <w:spacing w:before="0" w:after="40"/>
      </w:pPr>
      <w:r>
        <w:rPr>
          <w:b w:val="0"/>
          <w:i w:val="0"/>
        </w:rPr>
        <w:t>☐ Napiszcie scenariusz od zera    ☐ Mam szkic do dopracowania (wklejam w uwagach)    ☐ Mam gotowy tekst (wklejam w uwagach)</w:t>
      </w:r>
    </w:p>
    <w:p>
      <w:pPr>
        <w:spacing w:before="240" w:after="80"/>
        <w:pBdr>
          <w:bottom w:val="single" w:sz="6" w:color="C9C0AE" w:space="2"/>
        </w:pBdr>
      </w:pPr>
      <w:r>
        <w:rPr>
          <w:b/>
          <w:i w:val="0"/>
          <w:color w:val="8F3221"/>
          <w:sz w:val="26"/>
        </w:rPr>
        <w:t>3. Kontakt</w:t>
      </w:r>
    </w:p>
    <w:p>
      <w:pPr>
        <w:keepNext/>
        <w:spacing w:before="100" w:after="40"/>
      </w:pPr>
      <w:r>
        <w:rPr>
          <w:b/>
          <w:i w:val="0"/>
        </w:rPr>
        <w:t>Imię i nazwisko *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trHeight w:val="453" w:hRule="atLeast"/>
        </w:trPr>
        <w:tc>
          <w:tcPr>
            <w:tcW w:type="dxa" w:w="9638"/>
            <w:tcBorders>
              <w:top w:val="single" w:sz="6" w:color="C9C0AE"/>
              <w:left w:val="single" w:sz="6" w:color="C9C0AE"/>
              <w:bottom w:val="single" w:sz="6" w:color="C9C0AE"/>
              <w:right w:val="single" w:sz="6" w:color="C9C0AE"/>
            </w:tcBorders>
          </w:tcPr>
          <w:p>
            <w:r/>
          </w:p>
        </w:tc>
      </w:tr>
    </w:tbl>
    <w:p>
      <w:pPr>
        <w:keepNext/>
        <w:spacing w:before="100" w:after="40"/>
      </w:pPr>
      <w:r>
        <w:rPr>
          <w:b/>
          <w:i w:val="0"/>
        </w:rPr>
        <w:t>E-mail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trHeight w:val="453" w:hRule="atLeast"/>
        </w:trPr>
        <w:tc>
          <w:tcPr>
            <w:tcW w:type="dxa" w:w="9638"/>
            <w:tcBorders>
              <w:top w:val="single" w:sz="6" w:color="C9C0AE"/>
              <w:left w:val="single" w:sz="6" w:color="C9C0AE"/>
              <w:bottom w:val="single" w:sz="6" w:color="C9C0AE"/>
              <w:right w:val="single" w:sz="6" w:color="C9C0AE"/>
            </w:tcBorders>
          </w:tcPr>
          <w:p>
            <w:r/>
          </w:p>
        </w:tc>
      </w:tr>
    </w:tbl>
    <w:p>
      <w:pPr>
        <w:keepNext/>
        <w:spacing w:before="100" w:after="40"/>
      </w:pPr>
      <w:r>
        <w:rPr>
          <w:b/>
          <w:i w:val="0"/>
        </w:rPr>
        <w:t>Telefon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trHeight w:val="453" w:hRule="atLeast"/>
        </w:trPr>
        <w:tc>
          <w:tcPr>
            <w:tcW w:type="dxa" w:w="9638"/>
            <w:tcBorders>
              <w:top w:val="single" w:sz="6" w:color="C9C0AE"/>
              <w:left w:val="single" w:sz="6" w:color="C9C0AE"/>
              <w:bottom w:val="single" w:sz="6" w:color="C9C0AE"/>
              <w:right w:val="single" w:sz="6" w:color="C9C0AE"/>
            </w:tcBorders>
          </w:tcPr>
          <w:p>
            <w:r/>
          </w:p>
        </w:tc>
      </w:tr>
    </w:tbl>
    <w:p>
      <w:pPr>
        <w:keepNext/>
        <w:spacing w:before="100" w:after="40"/>
      </w:pPr>
      <w:r>
        <w:rPr>
          <w:b/>
          <w:i w:val="0"/>
        </w:rPr>
        <w:t>Preferowany termin realizacji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trHeight w:val="453" w:hRule="atLeast"/>
        </w:trPr>
        <w:tc>
          <w:tcPr>
            <w:tcW w:type="dxa" w:w="9638"/>
            <w:tcBorders>
              <w:top w:val="single" w:sz="6" w:color="C9C0AE"/>
              <w:left w:val="single" w:sz="6" w:color="C9C0AE"/>
              <w:bottom w:val="single" w:sz="6" w:color="C9C0AE"/>
              <w:right w:val="single" w:sz="6" w:color="C9C0AE"/>
            </w:tcBorders>
          </w:tcPr>
          <w:p>
            <w:r/>
          </w:p>
        </w:tc>
      </w:tr>
    </w:tbl>
    <w:p>
      <w:pPr>
        <w:keepNext/>
        <w:spacing w:before="100" w:after="40"/>
      </w:pPr>
      <w:r>
        <w:rPr>
          <w:b/>
          <w:i w:val="0"/>
        </w:rPr>
        <w:t>Uwagi i dodatkowe informacje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trHeight w:val="1587" w:hRule="atLeast"/>
        </w:trPr>
        <w:tc>
          <w:tcPr>
            <w:tcW w:type="dxa" w:w="9638"/>
            <w:tcBorders>
              <w:top w:val="single" w:sz="6" w:color="C9C0AE"/>
              <w:left w:val="single" w:sz="6" w:color="C9C0AE"/>
              <w:bottom w:val="single" w:sz="6" w:color="C9C0AE"/>
              <w:right w:val="single" w:sz="6" w:color="C9C0AE"/>
            </w:tcBorders>
          </w:tcPr>
          <w:p>
            <w:r/>
          </w:p>
        </w:tc>
      </w:tr>
    </w:tbl>
    <w:p>
      <w:pPr>
        <w:spacing w:before="0" w:after="80"/>
      </w:pPr>
    </w:p>
    <w:p>
      <w:pPr>
        <w:spacing w:before="160" w:after="0"/>
      </w:pPr>
      <w:r>
        <w:rPr>
          <w:b w:val="0"/>
          <w:i w:val="0"/>
          <w:color w:val="6B6055"/>
          <w:sz w:val="18"/>
        </w:rPr>
        <w:t>Studio K9 · studiok9.pl · nagrania@studiok9.pl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